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9BFF4" w14:textId="77777777" w:rsidR="00252D14" w:rsidRDefault="00252D14" w:rsidP="00252D14">
      <w:pPr>
        <w:pStyle w:val="Heading1"/>
        <w:jc w:val="center"/>
      </w:pPr>
      <w:r>
        <w:rPr>
          <w:noProof/>
        </w:rPr>
        <w:drawing>
          <wp:inline distT="0" distB="0" distL="0" distR="0" wp14:anchorId="395C2513" wp14:editId="3BBFC28F">
            <wp:extent cx="1287473" cy="831850"/>
            <wp:effectExtent l="0" t="0" r="825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94330" cy="83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7A8C2" w14:textId="4697BAE5" w:rsidR="00C33019" w:rsidRDefault="00737C0D" w:rsidP="00252D14">
      <w:pPr>
        <w:pStyle w:val="Heading1"/>
        <w:jc w:val="center"/>
      </w:pPr>
      <w:r>
        <w:t>Kamicka Natural Hair Shampoo - Data Sheet</w:t>
      </w:r>
    </w:p>
    <w:p w14:paraId="2661DDB0" w14:textId="77777777" w:rsidR="00C33019" w:rsidRDefault="00737C0D">
      <w:r>
        <w:t>Shelf Life: 12 Months (with Natural Preservatives)</w:t>
      </w:r>
    </w:p>
    <w:p w14:paraId="13828028" w14:textId="77777777" w:rsidR="00C33019" w:rsidRDefault="00737C0D">
      <w:r>
        <w:t>Preservation System: Natural antioxidants &amp; herbal cleansers ensuring purity and scalp-safe freshness.</w:t>
      </w:r>
    </w:p>
    <w:p w14:paraId="107B427F" w14:textId="77777777" w:rsidR="00C33019" w:rsidRDefault="00737C0D">
      <w:pPr>
        <w:pStyle w:val="Heading2"/>
      </w:pPr>
      <w:r>
        <w:t>Label Claims</w:t>
      </w:r>
    </w:p>
    <w:p w14:paraId="7DA464A9" w14:textId="77777777" w:rsidR="00252D14" w:rsidRDefault="00252D14" w:rsidP="00252D14">
      <w:r>
        <w:t xml:space="preserve">- Paraben Free - Vegan (Some Products) - SLS Free - Cruelty Free - No Artificial Colors – No Synthetic Fragrances </w:t>
      </w:r>
    </w:p>
    <w:p w14:paraId="26B6A99F" w14:textId="53FEDD31" w:rsidR="00252D14" w:rsidRDefault="00252D14" w:rsidP="00252D14">
      <w:r>
        <w:t xml:space="preserve">-No Chemical Preservatives -No </w:t>
      </w:r>
      <w:r>
        <w:t>Palm</w:t>
      </w:r>
      <w:r>
        <w:t xml:space="preserve"> Oil</w:t>
      </w:r>
    </w:p>
    <w:p w14:paraId="587B4A64" w14:textId="77777777" w:rsidR="00C33019" w:rsidRDefault="00737C0D">
      <w:pPr>
        <w:pStyle w:val="Heading2"/>
      </w:pPr>
      <w:r>
        <w:t>Benefits of Using Natural Hair Shampoo</w:t>
      </w:r>
    </w:p>
    <w:p w14:paraId="0CE1B240" w14:textId="77777777" w:rsidR="00C33019" w:rsidRDefault="00737C0D">
      <w:r>
        <w:t>Kamicka Natural Hair Shampoos are formulated with botanical extracts, fruit enzymes, and Ayurvedic herbs to gently cleanse, nourish, and protect the scalp and</w:t>
      </w:r>
      <w:r>
        <w:t xml:space="preserve"> hair. These shampoos are designed to address specific hair concerns while maintaining natural balance.</w:t>
      </w:r>
    </w:p>
    <w:p w14:paraId="49800582" w14:textId="77777777" w:rsidR="00C33019" w:rsidRDefault="00737C0D">
      <w:pPr>
        <w:pStyle w:val="Heading3"/>
      </w:pPr>
      <w:r>
        <w:t>Key Benefits:</w:t>
      </w:r>
    </w:p>
    <w:p w14:paraId="4F603846" w14:textId="77777777" w:rsidR="00C33019" w:rsidRDefault="00737C0D">
      <w:r>
        <w:t>- Gently cleanses without stripping natural oils</w:t>
      </w:r>
      <w:r>
        <w:br/>
        <w:t>- Reduces hair fall and scalp irritation</w:t>
      </w:r>
      <w:r>
        <w:br/>
        <w:t>- Controls dandruff and flakiness</w:t>
      </w:r>
      <w:r>
        <w:br/>
        <w:t>- Enhances shi</w:t>
      </w:r>
      <w:r>
        <w:t>ne and smoothness</w:t>
      </w:r>
      <w:r>
        <w:br/>
        <w:t>- Suitable for daily use and sensitive scalps</w:t>
      </w:r>
    </w:p>
    <w:p w14:paraId="395BAC6C" w14:textId="77777777" w:rsidR="00C33019" w:rsidRDefault="00737C0D">
      <w:pPr>
        <w:pStyle w:val="Heading2"/>
      </w:pPr>
      <w:r>
        <w:t>Natural vs Chemical Hair Shampoo</w:t>
      </w:r>
    </w:p>
    <w:tbl>
      <w:tblPr>
        <w:tblStyle w:val="ListTable2-Accent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24"/>
        <w:gridCol w:w="3524"/>
        <w:gridCol w:w="3524"/>
      </w:tblGrid>
      <w:tr w:rsidR="00C33019" w14:paraId="5EF33102" w14:textId="77777777" w:rsidTr="00252D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</w:tcPr>
          <w:p w14:paraId="0CF280A8" w14:textId="77777777" w:rsidR="00C33019" w:rsidRDefault="00737C0D">
            <w:r>
              <w:t>Parameter</w:t>
            </w:r>
          </w:p>
        </w:tc>
        <w:tc>
          <w:tcPr>
            <w:tcW w:w="3524" w:type="dxa"/>
          </w:tcPr>
          <w:p w14:paraId="4E3E6334" w14:textId="77777777" w:rsidR="00C33019" w:rsidRDefault="00737C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Natural Hair Shampoo</w:t>
            </w:r>
          </w:p>
        </w:tc>
        <w:tc>
          <w:tcPr>
            <w:tcW w:w="3524" w:type="dxa"/>
          </w:tcPr>
          <w:p w14:paraId="4A70A83E" w14:textId="77777777" w:rsidR="00C33019" w:rsidRDefault="00737C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Chemical Hair Shampoo</w:t>
            </w:r>
          </w:p>
        </w:tc>
      </w:tr>
      <w:tr w:rsidR="00C33019" w14:paraId="08C91A81" w14:textId="77777777" w:rsidTr="00252D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</w:tcPr>
          <w:p w14:paraId="32ABF571" w14:textId="77777777" w:rsidR="00C33019" w:rsidRDefault="00737C0D">
            <w:r>
              <w:t>Ingredients</w:t>
            </w:r>
          </w:p>
        </w:tc>
        <w:tc>
          <w:tcPr>
            <w:tcW w:w="3524" w:type="dxa"/>
          </w:tcPr>
          <w:p w14:paraId="09F3B01E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Herbal extracts, mild surfactants</w:t>
            </w:r>
          </w:p>
        </w:tc>
        <w:tc>
          <w:tcPr>
            <w:tcW w:w="3524" w:type="dxa"/>
          </w:tcPr>
          <w:p w14:paraId="64B82DFC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Sulphates, synthetic foaming agents</w:t>
            </w:r>
          </w:p>
        </w:tc>
      </w:tr>
      <w:tr w:rsidR="00C33019" w14:paraId="683CCA87" w14:textId="77777777" w:rsidTr="00252D14">
        <w:trPr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</w:tcPr>
          <w:p w14:paraId="260A874E" w14:textId="77777777" w:rsidR="00C33019" w:rsidRDefault="00737C0D">
            <w:r>
              <w:t>Scalp Compatibility</w:t>
            </w:r>
          </w:p>
        </w:tc>
        <w:tc>
          <w:tcPr>
            <w:tcW w:w="3524" w:type="dxa"/>
          </w:tcPr>
          <w:p w14:paraId="7CF576E7" w14:textId="77777777" w:rsidR="00C33019" w:rsidRDefault="00737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</w:t>
            </w:r>
            <w:r>
              <w:t>ntle, suitable for sensitive scalp</w:t>
            </w:r>
          </w:p>
        </w:tc>
        <w:tc>
          <w:tcPr>
            <w:tcW w:w="3524" w:type="dxa"/>
          </w:tcPr>
          <w:p w14:paraId="6FDF6544" w14:textId="77777777" w:rsidR="00C33019" w:rsidRDefault="00737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 cause dryness or irritation</w:t>
            </w:r>
          </w:p>
        </w:tc>
      </w:tr>
      <w:tr w:rsidR="00C33019" w14:paraId="1938A9ED" w14:textId="77777777" w:rsidTr="00252D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</w:tcPr>
          <w:p w14:paraId="7F327B60" w14:textId="77777777" w:rsidR="00C33019" w:rsidRDefault="00737C0D">
            <w:r>
              <w:t>Long-Term Use</w:t>
            </w:r>
          </w:p>
        </w:tc>
        <w:tc>
          <w:tcPr>
            <w:tcW w:w="3524" w:type="dxa"/>
          </w:tcPr>
          <w:p w14:paraId="4EB40603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Supports scalp health naturally</w:t>
            </w:r>
          </w:p>
        </w:tc>
        <w:tc>
          <w:tcPr>
            <w:tcW w:w="3524" w:type="dxa"/>
          </w:tcPr>
          <w:p w14:paraId="6B578FE8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Can weaken hair roots over time</w:t>
            </w:r>
          </w:p>
        </w:tc>
      </w:tr>
      <w:tr w:rsidR="00C33019" w14:paraId="2DD5598D" w14:textId="77777777" w:rsidTr="00252D14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</w:tcPr>
          <w:p w14:paraId="2DDB9947" w14:textId="77777777" w:rsidR="00C33019" w:rsidRDefault="00737C0D">
            <w:r>
              <w:t>Fragrance</w:t>
            </w:r>
          </w:p>
        </w:tc>
        <w:tc>
          <w:tcPr>
            <w:tcW w:w="3524" w:type="dxa"/>
          </w:tcPr>
          <w:p w14:paraId="5C940AC3" w14:textId="77777777" w:rsidR="00C33019" w:rsidRDefault="00737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Natural essential oils</w:t>
            </w:r>
          </w:p>
        </w:tc>
        <w:tc>
          <w:tcPr>
            <w:tcW w:w="3524" w:type="dxa"/>
          </w:tcPr>
          <w:p w14:paraId="366DD01B" w14:textId="77777777" w:rsidR="00C33019" w:rsidRDefault="00737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Artificial perfumes</w:t>
            </w:r>
          </w:p>
        </w:tc>
      </w:tr>
      <w:tr w:rsidR="00C33019" w14:paraId="50196997" w14:textId="77777777" w:rsidTr="00252D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</w:tcPr>
          <w:p w14:paraId="6CD94379" w14:textId="77777777" w:rsidR="00C33019" w:rsidRDefault="00737C0D">
            <w:r>
              <w:t>Environmental Impact</w:t>
            </w:r>
          </w:p>
        </w:tc>
        <w:tc>
          <w:tcPr>
            <w:tcW w:w="3524" w:type="dxa"/>
          </w:tcPr>
          <w:p w14:paraId="65FE5D36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Biodegradable, eco-safe</w:t>
            </w:r>
          </w:p>
        </w:tc>
        <w:tc>
          <w:tcPr>
            <w:tcW w:w="3524" w:type="dxa"/>
          </w:tcPr>
          <w:p w14:paraId="6A4ABBF4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May </w:t>
            </w:r>
            <w:r>
              <w:t>contain non-biodegradable residues</w:t>
            </w:r>
          </w:p>
        </w:tc>
      </w:tr>
    </w:tbl>
    <w:p w14:paraId="63F1E2D9" w14:textId="6F7313E5" w:rsidR="00252D14" w:rsidRDefault="00252D14">
      <w:pPr>
        <w:pStyle w:val="Heading2"/>
      </w:pPr>
    </w:p>
    <w:p w14:paraId="63E3D2ED" w14:textId="202440F2" w:rsidR="00252D14" w:rsidRDefault="00252D14">
      <w:pPr>
        <w:pStyle w:val="Heading2"/>
      </w:pPr>
    </w:p>
    <w:p w14:paraId="7B90C4C8" w14:textId="04C67525" w:rsidR="00252D14" w:rsidRDefault="00252D14">
      <w:pPr>
        <w:pStyle w:val="Heading2"/>
      </w:pPr>
    </w:p>
    <w:p w14:paraId="4C88BC8C" w14:textId="77777777" w:rsidR="00252D14" w:rsidRPr="00252D14" w:rsidRDefault="00252D14" w:rsidP="00252D14"/>
    <w:p w14:paraId="79F4998C" w14:textId="7BDA2882" w:rsidR="00C33019" w:rsidRDefault="00737C0D">
      <w:pPr>
        <w:pStyle w:val="Heading2"/>
      </w:pPr>
      <w:r>
        <w:lastRenderedPageBreak/>
        <w:t>Product Range &amp; Benefits</w:t>
      </w:r>
    </w:p>
    <w:tbl>
      <w:tblPr>
        <w:tblStyle w:val="ListTable1Light-Accent5"/>
        <w:tblW w:w="10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5"/>
        <w:gridCol w:w="3535"/>
        <w:gridCol w:w="3535"/>
      </w:tblGrid>
      <w:tr w:rsidR="00C33019" w14:paraId="7D0650E8" w14:textId="77777777" w:rsidTr="00252D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5" w:type="dxa"/>
            <w:tcBorders>
              <w:bottom w:val="none" w:sz="0" w:space="0" w:color="auto"/>
            </w:tcBorders>
          </w:tcPr>
          <w:p w14:paraId="37B38BF1" w14:textId="77777777" w:rsidR="00C33019" w:rsidRDefault="00737C0D">
            <w:r>
              <w:t>Shampoo Variant</w:t>
            </w:r>
          </w:p>
        </w:tc>
        <w:tc>
          <w:tcPr>
            <w:tcW w:w="3535" w:type="dxa"/>
            <w:tcBorders>
              <w:bottom w:val="none" w:sz="0" w:space="0" w:color="auto"/>
            </w:tcBorders>
          </w:tcPr>
          <w:p w14:paraId="7E0C6E98" w14:textId="77777777" w:rsidR="00C33019" w:rsidRDefault="00737C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Target Concern</w:t>
            </w:r>
          </w:p>
        </w:tc>
        <w:tc>
          <w:tcPr>
            <w:tcW w:w="3535" w:type="dxa"/>
            <w:tcBorders>
              <w:bottom w:val="none" w:sz="0" w:space="0" w:color="auto"/>
            </w:tcBorders>
          </w:tcPr>
          <w:p w14:paraId="3DFBB973" w14:textId="77777777" w:rsidR="00C33019" w:rsidRDefault="00737C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Primary Benefits</w:t>
            </w:r>
          </w:p>
        </w:tc>
      </w:tr>
      <w:tr w:rsidR="00C33019" w14:paraId="36932A57" w14:textId="77777777" w:rsidTr="00252D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5" w:type="dxa"/>
          </w:tcPr>
          <w:p w14:paraId="765AD634" w14:textId="77777777" w:rsidR="00C33019" w:rsidRDefault="00737C0D">
            <w:r>
              <w:t>Mixed Herbs Premium Shampoo</w:t>
            </w:r>
          </w:p>
        </w:tc>
        <w:tc>
          <w:tcPr>
            <w:tcW w:w="3535" w:type="dxa"/>
          </w:tcPr>
          <w:p w14:paraId="15D887E6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Dull, lifeless hair</w:t>
            </w:r>
          </w:p>
        </w:tc>
        <w:tc>
          <w:tcPr>
            <w:tcW w:w="3535" w:type="dxa"/>
          </w:tcPr>
          <w:p w14:paraId="2EE23189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Revives hair, adds volume and shine</w:t>
            </w:r>
          </w:p>
        </w:tc>
      </w:tr>
      <w:tr w:rsidR="00C33019" w14:paraId="2DEE2C07" w14:textId="77777777" w:rsidTr="00252D14">
        <w:trPr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5" w:type="dxa"/>
          </w:tcPr>
          <w:p w14:paraId="46CC0FB7" w14:textId="77777777" w:rsidR="00C33019" w:rsidRDefault="00737C0D">
            <w:r>
              <w:t>Hairfall Control Shampoo with Coconut Milk</w:t>
            </w:r>
          </w:p>
        </w:tc>
        <w:tc>
          <w:tcPr>
            <w:tcW w:w="3535" w:type="dxa"/>
          </w:tcPr>
          <w:p w14:paraId="1D83BD98" w14:textId="77777777" w:rsidR="00C33019" w:rsidRDefault="00737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Hair fall</w:t>
            </w:r>
          </w:p>
        </w:tc>
        <w:tc>
          <w:tcPr>
            <w:tcW w:w="3535" w:type="dxa"/>
          </w:tcPr>
          <w:p w14:paraId="620D2916" w14:textId="77777777" w:rsidR="00C33019" w:rsidRDefault="00737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Strength</w:t>
            </w:r>
            <w:r>
              <w:t>ens roots, reduces breakage</w:t>
            </w:r>
          </w:p>
        </w:tc>
      </w:tr>
      <w:tr w:rsidR="00C33019" w14:paraId="1B7B8A0F" w14:textId="77777777" w:rsidTr="00252D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5" w:type="dxa"/>
          </w:tcPr>
          <w:p w14:paraId="251BC5C3" w14:textId="77777777" w:rsidR="00C33019" w:rsidRDefault="00737C0D">
            <w:r>
              <w:t>Lemon Anti-Dandruff Shampoo</w:t>
            </w:r>
          </w:p>
        </w:tc>
        <w:tc>
          <w:tcPr>
            <w:tcW w:w="3535" w:type="dxa"/>
          </w:tcPr>
          <w:p w14:paraId="357E8CAD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Dandruff</w:t>
            </w:r>
          </w:p>
        </w:tc>
        <w:tc>
          <w:tcPr>
            <w:tcW w:w="3535" w:type="dxa"/>
          </w:tcPr>
          <w:p w14:paraId="52E7A396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Controls flakes, purifies scalp</w:t>
            </w:r>
          </w:p>
        </w:tc>
      </w:tr>
      <w:tr w:rsidR="00C33019" w14:paraId="61B1F4D1" w14:textId="77777777" w:rsidTr="00252D14">
        <w:trPr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5" w:type="dxa"/>
          </w:tcPr>
          <w:p w14:paraId="6D6C2FBF" w14:textId="77777777" w:rsidR="00C33019" w:rsidRDefault="00737C0D">
            <w:r>
              <w:t>Rose Shampoo</w:t>
            </w:r>
          </w:p>
        </w:tc>
        <w:tc>
          <w:tcPr>
            <w:tcW w:w="3535" w:type="dxa"/>
          </w:tcPr>
          <w:p w14:paraId="6A70AB78" w14:textId="77777777" w:rsidR="00C33019" w:rsidRDefault="00737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Dry &amp; frizzy hair</w:t>
            </w:r>
          </w:p>
        </w:tc>
        <w:tc>
          <w:tcPr>
            <w:tcW w:w="3535" w:type="dxa"/>
          </w:tcPr>
          <w:p w14:paraId="7F6F08CF" w14:textId="77777777" w:rsidR="00C33019" w:rsidRDefault="00737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Hydrates, smooths, adds softness</w:t>
            </w:r>
          </w:p>
        </w:tc>
      </w:tr>
      <w:tr w:rsidR="00C33019" w14:paraId="184791BB" w14:textId="77777777" w:rsidTr="00252D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5" w:type="dxa"/>
          </w:tcPr>
          <w:p w14:paraId="0309ED71" w14:textId="77777777" w:rsidR="00C33019" w:rsidRDefault="00737C0D">
            <w:r>
              <w:t>Rosemary Shampoo</w:t>
            </w:r>
          </w:p>
        </w:tc>
        <w:tc>
          <w:tcPr>
            <w:tcW w:w="3535" w:type="dxa"/>
          </w:tcPr>
          <w:p w14:paraId="2EE6B0AA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Hair growth</w:t>
            </w:r>
          </w:p>
        </w:tc>
        <w:tc>
          <w:tcPr>
            <w:tcW w:w="3535" w:type="dxa"/>
          </w:tcPr>
          <w:p w14:paraId="63142E78" w14:textId="77777777" w:rsidR="00C33019" w:rsidRDefault="00737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Stimulates follicles, improves circulation</w:t>
            </w:r>
          </w:p>
        </w:tc>
      </w:tr>
      <w:tr w:rsidR="00C33019" w14:paraId="75FD7850" w14:textId="77777777" w:rsidTr="00252D14">
        <w:trPr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5" w:type="dxa"/>
          </w:tcPr>
          <w:p w14:paraId="0CAE6823" w14:textId="77777777" w:rsidR="00C33019" w:rsidRDefault="00737C0D">
            <w:r>
              <w:t xml:space="preserve">Shea Butter, </w:t>
            </w:r>
            <w:r>
              <w:t>Amla &amp; Shikakai Shampoo</w:t>
            </w:r>
          </w:p>
        </w:tc>
        <w:tc>
          <w:tcPr>
            <w:tcW w:w="3535" w:type="dxa"/>
          </w:tcPr>
          <w:p w14:paraId="19DDB8D8" w14:textId="77777777" w:rsidR="00C33019" w:rsidRDefault="00737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Split ends &amp; frizz</w:t>
            </w:r>
          </w:p>
        </w:tc>
        <w:tc>
          <w:tcPr>
            <w:tcW w:w="3535" w:type="dxa"/>
          </w:tcPr>
          <w:p w14:paraId="6A08FDCC" w14:textId="77777777" w:rsidR="00C33019" w:rsidRDefault="00737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Repairs damage, improves texture</w:t>
            </w:r>
          </w:p>
        </w:tc>
      </w:tr>
    </w:tbl>
    <w:p w14:paraId="17FD82E9" w14:textId="77777777" w:rsidR="00C33019" w:rsidRDefault="00737C0D">
      <w:pPr>
        <w:pStyle w:val="Heading2"/>
      </w:pPr>
      <w:r>
        <w:t>Usage Instructions</w:t>
      </w:r>
    </w:p>
    <w:p w14:paraId="7393E335" w14:textId="77777777" w:rsidR="00C33019" w:rsidRDefault="00737C0D">
      <w:r>
        <w:t>- Apply shampoo to wet hair and scalp.</w:t>
      </w:r>
      <w:r>
        <w:br/>
        <w:t>- Massage gently to lather and rinse thoroughly.</w:t>
      </w:r>
      <w:r>
        <w:br/>
        <w:t>- Use 2–3 times a week or as needed.</w:t>
      </w:r>
      <w:r>
        <w:br/>
        <w:t xml:space="preserve">- Patch test recommended </w:t>
      </w:r>
      <w:r>
        <w:t>before first use.</w:t>
      </w:r>
    </w:p>
    <w:p w14:paraId="0B805BCC" w14:textId="77777777" w:rsidR="00C33019" w:rsidRDefault="00737C0D">
      <w:pPr>
        <w:pStyle w:val="Heading2"/>
      </w:pPr>
      <w:r>
        <w:t>Storage</w:t>
      </w:r>
    </w:p>
    <w:p w14:paraId="564E582E" w14:textId="77777777" w:rsidR="00C33019" w:rsidRDefault="00737C0D">
      <w:r>
        <w:t>- Store in a cool, dry place away from sunlight.</w:t>
      </w:r>
      <w:r>
        <w:br/>
        <w:t>- Keep bottle tightly sealed after use.</w:t>
      </w:r>
    </w:p>
    <w:p w14:paraId="544C0379" w14:textId="77777777" w:rsidR="00252D14" w:rsidRDefault="00737C0D" w:rsidP="00252D14">
      <w:r>
        <w:br/>
      </w:r>
      <w:r w:rsidR="00252D14">
        <w:t>Customization Option available.</w:t>
      </w:r>
    </w:p>
    <w:p w14:paraId="032E1ECA" w14:textId="77777777" w:rsidR="00252D14" w:rsidRDefault="00252D14" w:rsidP="00252D14">
      <w:pPr>
        <w:jc w:val="center"/>
      </w:pPr>
      <w:r>
        <w:t>Gentle by Nature, Pure by Care.</w:t>
      </w:r>
      <w:r>
        <w:br/>
      </w:r>
      <w:r>
        <w:br/>
        <w:t xml:space="preserve">Manufactured by </w:t>
      </w:r>
      <w:r w:rsidRPr="00091874">
        <w:rPr>
          <w:b/>
          <w:bCs/>
        </w:rPr>
        <w:t>Kamicka Organic Products Pvt. Ltd.</w:t>
      </w:r>
      <w:r>
        <w:br/>
        <w:t xml:space="preserve">Made in India | </w:t>
      </w:r>
      <w:hyperlink r:id="rId7" w:history="1">
        <w:r w:rsidRPr="00F908FC">
          <w:rPr>
            <w:rStyle w:val="Hyperlink"/>
          </w:rPr>
          <w:t>www.kamicka.com</w:t>
        </w:r>
      </w:hyperlink>
      <w:r>
        <w:t xml:space="preserve"> | +91-7801828095 | business@kamicka.com</w:t>
      </w:r>
    </w:p>
    <w:p w14:paraId="1B5FD917" w14:textId="77777777" w:rsidR="00252D14" w:rsidRDefault="00252D14" w:rsidP="00252D14"/>
    <w:p w14:paraId="1699C9F6" w14:textId="4718198E" w:rsidR="00C33019" w:rsidRDefault="00C33019"/>
    <w:sectPr w:rsidR="00C33019" w:rsidSect="00252D1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52D14"/>
    <w:rsid w:val="0029639D"/>
    <w:rsid w:val="00326F90"/>
    <w:rsid w:val="00737C0D"/>
    <w:rsid w:val="00AA1D8D"/>
    <w:rsid w:val="00B234D4"/>
    <w:rsid w:val="00B47730"/>
    <w:rsid w:val="00C33019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BB1C44"/>
  <w14:defaultImageDpi w14:val="300"/>
  <w15:docId w15:val="{AAC55B3B-BDCE-4E33-A06D-D91EE8188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52D14"/>
    <w:rPr>
      <w:color w:val="0000FF" w:themeColor="hyperlink"/>
      <w:u w:val="single"/>
    </w:rPr>
  </w:style>
  <w:style w:type="table" w:styleId="PlainTable1">
    <w:name w:val="Plain Table 1"/>
    <w:basedOn w:val="TableNormal"/>
    <w:uiPriority w:val="99"/>
    <w:rsid w:val="00252D1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2-Accent4">
    <w:name w:val="List Table 2 Accent 4"/>
    <w:basedOn w:val="TableNormal"/>
    <w:uiPriority w:val="47"/>
    <w:rsid w:val="00252D14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52D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kamick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Sandeep Prasad</cp:lastModifiedBy>
  <cp:revision>2</cp:revision>
  <dcterms:created xsi:type="dcterms:W3CDTF">2026-01-09T07:53:00Z</dcterms:created>
  <dcterms:modified xsi:type="dcterms:W3CDTF">2026-01-09T07:53:00Z</dcterms:modified>
  <cp:category/>
</cp:coreProperties>
</file>