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681F0" w14:textId="77777777" w:rsidR="00D957B7" w:rsidRDefault="00D957B7" w:rsidP="00D957B7">
      <w:pPr>
        <w:pStyle w:val="Title"/>
        <w:jc w:val="center"/>
      </w:pPr>
      <w:r>
        <w:rPr>
          <w:noProof/>
        </w:rPr>
        <w:drawing>
          <wp:inline distT="0" distB="0" distL="0" distR="0" wp14:anchorId="267B57F6" wp14:editId="09AF8349">
            <wp:extent cx="1159707" cy="7493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5816" cy="75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242E0" w14:textId="2D4C3693" w:rsidR="00A6469D" w:rsidRDefault="001203F1" w:rsidP="00D957B7">
      <w:pPr>
        <w:pStyle w:val="Title"/>
        <w:jc w:val="center"/>
      </w:pPr>
      <w:r>
        <w:t>Kamicka Natural Hair Mask Thick Conditioner - Data Sheet</w:t>
      </w:r>
    </w:p>
    <w:p w14:paraId="613C65E3" w14:textId="77777777" w:rsidR="00A6469D" w:rsidRDefault="001203F1">
      <w:r>
        <w:t>Shelf Life: 12 Months (with Natural Preservatives)</w:t>
      </w:r>
    </w:p>
    <w:p w14:paraId="651D9F7D" w14:textId="77777777" w:rsidR="00A6469D" w:rsidRDefault="001203F1">
      <w:r>
        <w:t>Preservation System: Natural antioxidants &amp; herbal emollients ensuring purity and scalp-safe nourishment.</w:t>
      </w:r>
    </w:p>
    <w:p w14:paraId="3C7C5913" w14:textId="77777777" w:rsidR="00A6469D" w:rsidRDefault="001203F1">
      <w:pPr>
        <w:pStyle w:val="Heading2"/>
      </w:pPr>
      <w:r>
        <w:t>Label Claims</w:t>
      </w:r>
    </w:p>
    <w:p w14:paraId="079B6F1D" w14:textId="77777777" w:rsidR="00D957B7" w:rsidRDefault="00D957B7" w:rsidP="00D957B7">
      <w:r>
        <w:t xml:space="preserve">- Paraben Free - Vegan (Some Products) - SLS Free - Cruelty Free - No Artificial Colors – No Synthetic Fragrances </w:t>
      </w:r>
    </w:p>
    <w:p w14:paraId="71026B99" w14:textId="77777777" w:rsidR="00D957B7" w:rsidRDefault="00D957B7" w:rsidP="00D957B7">
      <w:r>
        <w:t>-No Chemical Preservatives -No Palm Oil</w:t>
      </w:r>
    </w:p>
    <w:p w14:paraId="7563A3EB" w14:textId="77777777" w:rsidR="00A6469D" w:rsidRDefault="001203F1">
      <w:pPr>
        <w:pStyle w:val="Heading2"/>
      </w:pPr>
      <w:r>
        <w:t>Benefits of Using Natural Hair Mask Thick Conditioner</w:t>
      </w:r>
    </w:p>
    <w:p w14:paraId="0A946716" w14:textId="77777777" w:rsidR="00A6469D" w:rsidRDefault="001203F1">
      <w:r>
        <w:t>Kamicka Natural Hair Mask Thick Conditioners are formulated with botanical oils, herbal extracts, and Ayurvedic actives to deeply conditi</w:t>
      </w:r>
      <w:r>
        <w:t>on, repair, and protect hair. These rich formulations are ideal for dry, damaged, curly, or chemically treated hair.</w:t>
      </w:r>
    </w:p>
    <w:p w14:paraId="7A435C14" w14:textId="77777777" w:rsidR="00A6469D" w:rsidRDefault="001203F1">
      <w:pPr>
        <w:pStyle w:val="Heading3"/>
      </w:pPr>
      <w:r>
        <w:t>Key Benefits:</w:t>
      </w:r>
    </w:p>
    <w:p w14:paraId="0530681A" w14:textId="77777777" w:rsidR="00A6469D" w:rsidRDefault="001203F1">
      <w:r>
        <w:t>- Deep conditioning and hydration</w:t>
      </w:r>
      <w:r>
        <w:br/>
        <w:t>- Repairs split ends and frizz</w:t>
      </w:r>
      <w:r>
        <w:br/>
        <w:t>- Strengthens hair strands and improves elasticity</w:t>
      </w:r>
      <w:r>
        <w:br/>
        <w:t>- Enhance</w:t>
      </w:r>
      <w:r>
        <w:t>s shine and smoothness</w:t>
      </w:r>
      <w:r>
        <w:br/>
        <w:t>- Suitable for curly, dry, and treated hair</w:t>
      </w:r>
    </w:p>
    <w:p w14:paraId="2D16523D" w14:textId="77777777" w:rsidR="00A6469D" w:rsidRDefault="001203F1">
      <w:pPr>
        <w:pStyle w:val="Heading2"/>
      </w:pPr>
      <w:r>
        <w:t>Natural vs Chemical Hair Mask Thick Conditioner</w:t>
      </w:r>
    </w:p>
    <w:tbl>
      <w:tblPr>
        <w:tblStyle w:val="GridTable6Colorful-Accent4"/>
        <w:tblW w:w="0" w:type="auto"/>
        <w:tblLook w:val="04A0" w:firstRow="1" w:lastRow="0" w:firstColumn="1" w:lastColumn="0" w:noHBand="0" w:noVBand="1"/>
      </w:tblPr>
      <w:tblGrid>
        <w:gridCol w:w="3553"/>
        <w:gridCol w:w="3553"/>
        <w:gridCol w:w="3553"/>
      </w:tblGrid>
      <w:tr w:rsidR="00A6469D" w14:paraId="10F37F0D" w14:textId="77777777" w:rsidTr="00D957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4C5DA8C1" w14:textId="77777777" w:rsidR="00A6469D" w:rsidRDefault="001203F1">
            <w:r>
              <w:t>Parameter</w:t>
            </w:r>
          </w:p>
        </w:tc>
        <w:tc>
          <w:tcPr>
            <w:tcW w:w="3553" w:type="dxa"/>
          </w:tcPr>
          <w:p w14:paraId="401FCF9A" w14:textId="77777777" w:rsidR="00A6469D" w:rsidRDefault="00120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Hair Mask Conditioner</w:t>
            </w:r>
          </w:p>
        </w:tc>
        <w:tc>
          <w:tcPr>
            <w:tcW w:w="3553" w:type="dxa"/>
          </w:tcPr>
          <w:p w14:paraId="1F6C1878" w14:textId="77777777" w:rsidR="00A6469D" w:rsidRDefault="00120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Chemical Hair Conditioner</w:t>
            </w:r>
          </w:p>
        </w:tc>
      </w:tr>
      <w:tr w:rsidR="00A6469D" w14:paraId="49D0E879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685DC5D3" w14:textId="77777777" w:rsidR="00A6469D" w:rsidRDefault="001203F1">
            <w:r>
              <w:t>Ingredients Source</w:t>
            </w:r>
          </w:p>
        </w:tc>
        <w:tc>
          <w:tcPr>
            <w:tcW w:w="3553" w:type="dxa"/>
          </w:tcPr>
          <w:p w14:paraId="707B2104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Plant-based, herbal extracts</w:t>
            </w:r>
          </w:p>
        </w:tc>
        <w:tc>
          <w:tcPr>
            <w:tcW w:w="3553" w:type="dxa"/>
          </w:tcPr>
          <w:p w14:paraId="3EAE8FD6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Synthetic silicones and em</w:t>
            </w:r>
            <w:r>
              <w:t>ulsifiers</w:t>
            </w:r>
          </w:p>
        </w:tc>
      </w:tr>
      <w:tr w:rsidR="00A6469D" w14:paraId="6D79E5EB" w14:textId="77777777" w:rsidTr="00D957B7">
        <w:trPr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6E733ABA" w14:textId="77777777" w:rsidR="00A6469D" w:rsidRDefault="001203F1">
            <w:r>
              <w:t>Hair Compatibility</w:t>
            </w:r>
          </w:p>
        </w:tc>
        <w:tc>
          <w:tcPr>
            <w:tcW w:w="3553" w:type="dxa"/>
          </w:tcPr>
          <w:p w14:paraId="55A0EA6E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Gentle, suitable for all hair types</w:t>
            </w:r>
          </w:p>
        </w:tc>
        <w:tc>
          <w:tcPr>
            <w:tcW w:w="3553" w:type="dxa"/>
          </w:tcPr>
          <w:p w14:paraId="194E575A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May cause buildup or dryness</w:t>
            </w:r>
          </w:p>
        </w:tc>
      </w:tr>
      <w:tr w:rsidR="00A6469D" w14:paraId="49978230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78765A7C" w14:textId="77777777" w:rsidR="00A6469D" w:rsidRDefault="001203F1">
            <w:r>
              <w:t>Long-Term Use</w:t>
            </w:r>
          </w:p>
        </w:tc>
        <w:tc>
          <w:tcPr>
            <w:tcW w:w="3553" w:type="dxa"/>
          </w:tcPr>
          <w:p w14:paraId="6F7A3976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Supports hair health naturally</w:t>
            </w:r>
          </w:p>
        </w:tc>
        <w:tc>
          <w:tcPr>
            <w:tcW w:w="3553" w:type="dxa"/>
          </w:tcPr>
          <w:p w14:paraId="3EFB4BCB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Can weaken hair structure over time</w:t>
            </w:r>
          </w:p>
        </w:tc>
      </w:tr>
      <w:tr w:rsidR="00A6469D" w14:paraId="4504FB5A" w14:textId="77777777" w:rsidTr="00D957B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546A444D" w14:textId="77777777" w:rsidR="00A6469D" w:rsidRDefault="001203F1">
            <w:r>
              <w:t>Fragrance</w:t>
            </w:r>
          </w:p>
        </w:tc>
        <w:tc>
          <w:tcPr>
            <w:tcW w:w="3553" w:type="dxa"/>
          </w:tcPr>
          <w:p w14:paraId="0BCB2826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Natural essential oils</w:t>
            </w:r>
          </w:p>
        </w:tc>
        <w:tc>
          <w:tcPr>
            <w:tcW w:w="3553" w:type="dxa"/>
          </w:tcPr>
          <w:p w14:paraId="0BCFFC0B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Artificial perfumes</w:t>
            </w:r>
          </w:p>
        </w:tc>
      </w:tr>
      <w:tr w:rsidR="00A6469D" w14:paraId="44BFDD2D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3" w:type="dxa"/>
          </w:tcPr>
          <w:p w14:paraId="6B2B7EDD" w14:textId="77777777" w:rsidR="00A6469D" w:rsidRDefault="001203F1">
            <w:r>
              <w:t>Side Effects</w:t>
            </w:r>
          </w:p>
        </w:tc>
        <w:tc>
          <w:tcPr>
            <w:tcW w:w="3553" w:type="dxa"/>
          </w:tcPr>
          <w:p w14:paraId="7EAED5F3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Minimal when used regularly</w:t>
            </w:r>
          </w:p>
        </w:tc>
        <w:tc>
          <w:tcPr>
            <w:tcW w:w="3553" w:type="dxa"/>
          </w:tcPr>
          <w:p w14:paraId="1452BA40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Possible irritation or residue</w:t>
            </w:r>
          </w:p>
        </w:tc>
      </w:tr>
    </w:tbl>
    <w:p w14:paraId="5CBE0835" w14:textId="77777777" w:rsidR="00D957B7" w:rsidRDefault="00D957B7">
      <w:pPr>
        <w:pStyle w:val="Heading2"/>
      </w:pPr>
    </w:p>
    <w:p w14:paraId="437F95F6" w14:textId="10A8E356" w:rsidR="00D957B7" w:rsidRDefault="00D957B7">
      <w:pPr>
        <w:pStyle w:val="Heading2"/>
      </w:pPr>
    </w:p>
    <w:p w14:paraId="3A2617AF" w14:textId="6ABEA5F6" w:rsidR="00D957B7" w:rsidRDefault="00D957B7" w:rsidP="00D957B7"/>
    <w:p w14:paraId="2EF1C189" w14:textId="77777777" w:rsidR="00D957B7" w:rsidRPr="00D957B7" w:rsidRDefault="00D957B7" w:rsidP="00D957B7"/>
    <w:p w14:paraId="0F94DC78" w14:textId="0523A50D" w:rsidR="00A6469D" w:rsidRDefault="001203F1">
      <w:pPr>
        <w:pStyle w:val="Heading2"/>
      </w:pPr>
      <w:r>
        <w:lastRenderedPageBreak/>
        <w:t>Product Range &amp; Benefits</w:t>
      </w:r>
    </w:p>
    <w:tbl>
      <w:tblPr>
        <w:tblStyle w:val="GridTable2-Accent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7"/>
        <w:gridCol w:w="3547"/>
        <w:gridCol w:w="3547"/>
      </w:tblGrid>
      <w:tr w:rsidR="00A6469D" w14:paraId="5BE576A3" w14:textId="77777777" w:rsidTr="00D957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CDAA841" w14:textId="77777777" w:rsidR="00A6469D" w:rsidRDefault="001203F1">
            <w:r>
              <w:t>Conditioner Variant</w:t>
            </w:r>
          </w:p>
        </w:tc>
        <w:tc>
          <w:tcPr>
            <w:tcW w:w="35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B75BC73" w14:textId="77777777" w:rsidR="00A6469D" w:rsidRDefault="00120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Target Hair Type</w:t>
            </w:r>
          </w:p>
        </w:tc>
        <w:tc>
          <w:tcPr>
            <w:tcW w:w="3547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7ECB64C3" w14:textId="77777777" w:rsidR="00A6469D" w:rsidRDefault="001203F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Primary Benefits</w:t>
            </w:r>
          </w:p>
        </w:tc>
      </w:tr>
      <w:tr w:rsidR="00A6469D" w14:paraId="73805659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0D053757" w14:textId="77777777" w:rsidR="00A6469D" w:rsidRDefault="001203F1">
            <w:r>
              <w:t>Mixed Herbs Premium Conditioner</w:t>
            </w:r>
          </w:p>
        </w:tc>
        <w:tc>
          <w:tcPr>
            <w:tcW w:w="3547" w:type="dxa"/>
          </w:tcPr>
          <w:p w14:paraId="1C28BC34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Dull, lifeless hair</w:t>
            </w:r>
          </w:p>
        </w:tc>
        <w:tc>
          <w:tcPr>
            <w:tcW w:w="3547" w:type="dxa"/>
          </w:tcPr>
          <w:p w14:paraId="61C8E830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Revives hair, adds volume and shine</w:t>
            </w:r>
          </w:p>
        </w:tc>
      </w:tr>
      <w:tr w:rsidR="00A6469D" w14:paraId="4002C4D5" w14:textId="77777777" w:rsidTr="00D957B7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1D7D772A" w14:textId="77777777" w:rsidR="00A6469D" w:rsidRDefault="001203F1">
            <w:r>
              <w:t>Rice Whey Protein Condition</w:t>
            </w:r>
            <w:r>
              <w:t>er</w:t>
            </w:r>
          </w:p>
        </w:tc>
        <w:tc>
          <w:tcPr>
            <w:tcW w:w="3547" w:type="dxa"/>
          </w:tcPr>
          <w:p w14:paraId="71515036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Weak, brittle hair</w:t>
            </w:r>
          </w:p>
        </w:tc>
        <w:tc>
          <w:tcPr>
            <w:tcW w:w="3547" w:type="dxa"/>
          </w:tcPr>
          <w:p w14:paraId="577F0C2B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Strengthens strands, improves resilience</w:t>
            </w:r>
          </w:p>
        </w:tc>
      </w:tr>
      <w:tr w:rsidR="00A6469D" w14:paraId="53E948AE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4545F8D8" w14:textId="77777777" w:rsidR="00A6469D" w:rsidRDefault="001203F1">
            <w:r>
              <w:t>Lemon &amp; Neroli Conditioner</w:t>
            </w:r>
          </w:p>
        </w:tc>
        <w:tc>
          <w:tcPr>
            <w:tcW w:w="3547" w:type="dxa"/>
          </w:tcPr>
          <w:p w14:paraId="28684BAA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Oily scalp</w:t>
            </w:r>
          </w:p>
        </w:tc>
        <w:tc>
          <w:tcPr>
            <w:tcW w:w="3547" w:type="dxa"/>
          </w:tcPr>
          <w:p w14:paraId="442B8064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Balances oil, adds freshness</w:t>
            </w:r>
          </w:p>
        </w:tc>
      </w:tr>
      <w:tr w:rsidR="00A6469D" w14:paraId="3D478662" w14:textId="77777777" w:rsidTr="00D957B7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37961893" w14:textId="77777777" w:rsidR="00A6469D" w:rsidRDefault="001203F1">
            <w:r>
              <w:t>Rosemary Conditioner</w:t>
            </w:r>
          </w:p>
        </w:tc>
        <w:tc>
          <w:tcPr>
            <w:tcW w:w="3547" w:type="dxa"/>
          </w:tcPr>
          <w:p w14:paraId="14397F52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Hair growth</w:t>
            </w:r>
          </w:p>
        </w:tc>
        <w:tc>
          <w:tcPr>
            <w:tcW w:w="3547" w:type="dxa"/>
          </w:tcPr>
          <w:p w14:paraId="7CD61DF0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Stimulates follicles, improves circulation</w:t>
            </w:r>
          </w:p>
        </w:tc>
      </w:tr>
      <w:tr w:rsidR="00A6469D" w14:paraId="2071B9E1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7BFB43BA" w14:textId="77777777" w:rsidR="00A6469D" w:rsidRDefault="001203F1">
            <w:r>
              <w:t>Lavender Conditioner</w:t>
            </w:r>
          </w:p>
        </w:tc>
        <w:tc>
          <w:tcPr>
            <w:tcW w:w="3547" w:type="dxa"/>
          </w:tcPr>
          <w:p w14:paraId="71622683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Dry, frizzy hair</w:t>
            </w:r>
          </w:p>
        </w:tc>
        <w:tc>
          <w:tcPr>
            <w:tcW w:w="3547" w:type="dxa"/>
          </w:tcPr>
          <w:p w14:paraId="5D6C57D0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Soothes scalp, smooths texture</w:t>
            </w:r>
          </w:p>
        </w:tc>
      </w:tr>
      <w:tr w:rsidR="00A6469D" w14:paraId="0A9FBD40" w14:textId="77777777" w:rsidTr="00D957B7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45F4B51E" w14:textId="77777777" w:rsidR="00A6469D" w:rsidRDefault="001203F1">
            <w:r>
              <w:t>Moringa, Hibiscus &amp; Flaxseed Conditioner</w:t>
            </w:r>
          </w:p>
        </w:tc>
        <w:tc>
          <w:tcPr>
            <w:tcW w:w="3547" w:type="dxa"/>
          </w:tcPr>
          <w:p w14:paraId="57D52B92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Damaged hair</w:t>
            </w:r>
          </w:p>
        </w:tc>
        <w:tc>
          <w:tcPr>
            <w:tcW w:w="3547" w:type="dxa"/>
          </w:tcPr>
          <w:p w14:paraId="27F55A8E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Repairs, nourishes, adds shine</w:t>
            </w:r>
          </w:p>
        </w:tc>
      </w:tr>
      <w:tr w:rsidR="00A6469D" w14:paraId="4D07C077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2D2BF48D" w14:textId="77777777" w:rsidR="00A6469D" w:rsidRDefault="001203F1">
            <w:r>
              <w:t>Neem &amp; Aloevera Conditioner</w:t>
            </w:r>
          </w:p>
        </w:tc>
        <w:tc>
          <w:tcPr>
            <w:tcW w:w="3547" w:type="dxa"/>
          </w:tcPr>
          <w:p w14:paraId="0A5196D3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Sensitive scalp</w:t>
            </w:r>
          </w:p>
        </w:tc>
        <w:tc>
          <w:tcPr>
            <w:tcW w:w="3547" w:type="dxa"/>
          </w:tcPr>
          <w:p w14:paraId="7713C8B5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Calms irritation, hydrates deeply</w:t>
            </w:r>
          </w:p>
        </w:tc>
      </w:tr>
      <w:tr w:rsidR="00A6469D" w14:paraId="02BA5019" w14:textId="77777777" w:rsidTr="00D957B7">
        <w:trPr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3D6F60AF" w14:textId="77777777" w:rsidR="00A6469D" w:rsidRDefault="001203F1">
            <w:r>
              <w:t>Avocado &amp; Peppermint Conditioner</w:t>
            </w:r>
          </w:p>
        </w:tc>
        <w:tc>
          <w:tcPr>
            <w:tcW w:w="3547" w:type="dxa"/>
          </w:tcPr>
          <w:p w14:paraId="74DCF00A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Curly hair</w:t>
            </w:r>
          </w:p>
        </w:tc>
        <w:tc>
          <w:tcPr>
            <w:tcW w:w="3547" w:type="dxa"/>
          </w:tcPr>
          <w:p w14:paraId="5AF1A0FF" w14:textId="77777777" w:rsidR="00A6469D" w:rsidRDefault="00120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Defines </w:t>
            </w:r>
            <w:r>
              <w:t>curls, adds bounce and moisture</w:t>
            </w:r>
          </w:p>
        </w:tc>
      </w:tr>
      <w:tr w:rsidR="00A6469D" w14:paraId="70AC764F" w14:textId="77777777" w:rsidTr="00D957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7" w:type="dxa"/>
          </w:tcPr>
          <w:p w14:paraId="409F936B" w14:textId="77777777" w:rsidR="00A6469D" w:rsidRDefault="001203F1">
            <w:r>
              <w:t>Flaxseed Conditioner</w:t>
            </w:r>
          </w:p>
        </w:tc>
        <w:tc>
          <w:tcPr>
            <w:tcW w:w="3547" w:type="dxa"/>
          </w:tcPr>
          <w:p w14:paraId="44E73C86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Frizzy hair</w:t>
            </w:r>
          </w:p>
        </w:tc>
        <w:tc>
          <w:tcPr>
            <w:tcW w:w="3547" w:type="dxa"/>
          </w:tcPr>
          <w:p w14:paraId="7609CA8D" w14:textId="77777777" w:rsidR="00A6469D" w:rsidRDefault="00120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Smooths strands, improves manageability</w:t>
            </w:r>
          </w:p>
        </w:tc>
      </w:tr>
    </w:tbl>
    <w:p w14:paraId="2343B4E7" w14:textId="77777777" w:rsidR="00A6469D" w:rsidRDefault="001203F1">
      <w:pPr>
        <w:pStyle w:val="Heading2"/>
      </w:pPr>
      <w:r>
        <w:t>Usage Instructions</w:t>
      </w:r>
    </w:p>
    <w:p w14:paraId="777FD3A9" w14:textId="77777777" w:rsidR="00A6469D" w:rsidRDefault="001203F1">
      <w:r>
        <w:t>- Apply conditioner generously to clean, damp hair.</w:t>
      </w:r>
      <w:r>
        <w:br/>
        <w:t>- Leave on for 5–10 minutes or longer for deep conditioning.</w:t>
      </w:r>
      <w:r>
        <w:br/>
        <w:t xml:space="preserve">- Rinse </w:t>
      </w:r>
      <w:r>
        <w:t>thoroughly with lukewarm water.</w:t>
      </w:r>
      <w:r>
        <w:br/>
        <w:t>- Use 2–3 times a week or as needed.</w:t>
      </w:r>
      <w:r>
        <w:br/>
        <w:t>- Patch test recommended before first use.</w:t>
      </w:r>
    </w:p>
    <w:p w14:paraId="7DE8011D" w14:textId="77777777" w:rsidR="00A6469D" w:rsidRDefault="001203F1">
      <w:pPr>
        <w:pStyle w:val="Heading2"/>
      </w:pPr>
      <w:r>
        <w:t>Storage</w:t>
      </w:r>
    </w:p>
    <w:p w14:paraId="487FA627" w14:textId="77777777" w:rsidR="00A6469D" w:rsidRDefault="001203F1">
      <w:r>
        <w:t>- Store in a cool, dry place away from sunlight.</w:t>
      </w:r>
      <w:r>
        <w:br/>
        <w:t>- Keep container tightly sealed after use.</w:t>
      </w:r>
    </w:p>
    <w:p w14:paraId="04B1FB86" w14:textId="77777777" w:rsidR="00D957B7" w:rsidRDefault="00D957B7" w:rsidP="00D957B7">
      <w:r>
        <w:t>Customization Option available.</w:t>
      </w:r>
    </w:p>
    <w:p w14:paraId="3B0B0924" w14:textId="77777777" w:rsidR="00D957B7" w:rsidRDefault="00D957B7" w:rsidP="00D957B7">
      <w:pPr>
        <w:jc w:val="center"/>
      </w:pPr>
      <w:r>
        <w:t>Gentle by Nature, Pure by Care.</w:t>
      </w:r>
      <w:r>
        <w:br/>
      </w:r>
      <w:r>
        <w:br/>
        <w:t xml:space="preserve">Manufactured by </w:t>
      </w:r>
      <w:r w:rsidRPr="00091874">
        <w:rPr>
          <w:b/>
          <w:bCs/>
        </w:rPr>
        <w:t>Kamicka Organic Products Pvt. Ltd.</w:t>
      </w:r>
      <w:r>
        <w:br/>
        <w:t xml:space="preserve">Made in India | </w:t>
      </w:r>
      <w:hyperlink r:id="rId7" w:history="1">
        <w:r w:rsidRPr="00F908FC">
          <w:rPr>
            <w:rStyle w:val="Hyperlink"/>
          </w:rPr>
          <w:t>www.kamicka.com</w:t>
        </w:r>
      </w:hyperlink>
      <w:r>
        <w:t xml:space="preserve"> | +91-7801828095 | business@kamicka.com</w:t>
      </w:r>
    </w:p>
    <w:p w14:paraId="6416004E" w14:textId="1D37E752" w:rsidR="00A6469D" w:rsidRDefault="00A6469D" w:rsidP="00D957B7"/>
    <w:sectPr w:rsidR="00A6469D" w:rsidSect="00D957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203F1"/>
    <w:rsid w:val="0015074B"/>
    <w:rsid w:val="0029639D"/>
    <w:rsid w:val="00326F90"/>
    <w:rsid w:val="00A6469D"/>
    <w:rsid w:val="00AA1D8D"/>
    <w:rsid w:val="00B47730"/>
    <w:rsid w:val="00CB0664"/>
    <w:rsid w:val="00D957B7"/>
    <w:rsid w:val="00FC693F"/>
    <w:rsid w:val="00FE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DB3B001"/>
  <w14:defaultImageDpi w14:val="300"/>
  <w15:docId w15:val="{AAC55B3B-BDCE-4E33-A06D-D91EE8188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6Colorful-Accent4">
    <w:name w:val="Grid Table 6 Colorful Accent 4"/>
    <w:basedOn w:val="TableNormal"/>
    <w:uiPriority w:val="51"/>
    <w:rsid w:val="00D957B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957B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D957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amicka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Sandeep Prasad</cp:lastModifiedBy>
  <cp:revision>2</cp:revision>
  <dcterms:created xsi:type="dcterms:W3CDTF">2026-01-09T07:53:00Z</dcterms:created>
  <dcterms:modified xsi:type="dcterms:W3CDTF">2026-01-09T07:53:00Z</dcterms:modified>
  <cp:category/>
</cp:coreProperties>
</file>